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Phần 1 — Đại cương &amp; Nguyên nhân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Câu 1. Viêm phổi là tình trạng nhiễm khuẩn của bộ phận nào?</w:t>
      </w:r>
    </w:p>
    <w:p>
      <w:pPr>
        <w:pStyle w:val="ListParagraph"/>
      </w:pPr>
      <w:r>
        <w:rPr>
          <w:sz w:val="22"/>
        </w:rPr>
        <w:t>A. Chỉ phế quản lớn</w:t>
      </w:r>
    </w:p>
    <w:p>
      <w:pPr>
        <w:pStyle w:val="ListParagraph"/>
      </w:pPr>
      <w:r>
        <w:rPr>
          <w:sz w:val="22"/>
        </w:rPr>
        <w:t>B. Nhu mô phổi: phế nang, ống phế nang, tiểu phế quản tận cùng</w:t>
      </w:r>
    </w:p>
    <w:p>
      <w:pPr>
        <w:pStyle w:val="ListParagraph"/>
      </w:pPr>
      <w:r>
        <w:rPr>
          <w:sz w:val="22"/>
        </w:rPr>
        <w:t>C. Màng phổi</w:t>
      </w:r>
    </w:p>
    <w:p>
      <w:pPr>
        <w:pStyle w:val="ListParagraph"/>
      </w:pPr>
      <w:r>
        <w:rPr>
          <w:sz w:val="22"/>
        </w:rPr>
        <w:t>D. Đường thở trên</w:t>
      </w:r>
    </w:p>
    <w:p/>
    <w:p>
      <w:r>
        <w:rPr>
          <w:b/>
          <w:sz w:val="24"/>
        </w:rPr>
        <w:t>Câu 2: Câu 2. Đặc trưng tổn thương giải phẫu trong viêm phổi là:</w:t>
      </w:r>
    </w:p>
    <w:p>
      <w:pPr>
        <w:pStyle w:val="ListParagraph"/>
      </w:pPr>
      <w:r>
        <w:rPr>
          <w:sz w:val="22"/>
        </w:rPr>
        <w:t>A. Xơ hóa phổi</w:t>
      </w:r>
    </w:p>
    <w:p>
      <w:pPr>
        <w:pStyle w:val="ListParagraph"/>
      </w:pPr>
      <w:r>
        <w:rPr>
          <w:sz w:val="22"/>
        </w:rPr>
        <w:t>B. Khối đông đặc nhu mô phổi</w:t>
      </w:r>
    </w:p>
    <w:p>
      <w:pPr>
        <w:pStyle w:val="ListParagraph"/>
      </w:pPr>
      <w:r>
        <w:rPr>
          <w:sz w:val="22"/>
        </w:rPr>
        <w:t>C. Giãn phế quản</w:t>
      </w:r>
    </w:p>
    <w:p>
      <w:pPr>
        <w:pStyle w:val="ListParagraph"/>
      </w:pPr>
      <w:r>
        <w:rPr>
          <w:sz w:val="22"/>
        </w:rPr>
        <w:t>D. Thũng phế nang</w:t>
      </w:r>
    </w:p>
    <w:p/>
    <w:p>
      <w:r>
        <w:rPr>
          <w:b/>
          <w:sz w:val="24"/>
        </w:rPr>
        <w:t>Câu 3: Câu 3. Nguyên nhân gây viêm phổi hay gặp nhất là:</w:t>
      </w:r>
    </w:p>
    <w:p>
      <w:pPr>
        <w:pStyle w:val="ListParagraph"/>
      </w:pPr>
      <w:r>
        <w:rPr>
          <w:sz w:val="22"/>
        </w:rPr>
        <w:t>A. Virus</w:t>
      </w:r>
    </w:p>
    <w:p>
      <w:pPr>
        <w:pStyle w:val="ListParagraph"/>
      </w:pPr>
      <w:r>
        <w:rPr>
          <w:sz w:val="22"/>
        </w:rPr>
        <w:t>B. Nấm</w:t>
      </w:r>
    </w:p>
    <w:p>
      <w:pPr>
        <w:pStyle w:val="ListParagraph"/>
      </w:pPr>
      <w:r>
        <w:rPr>
          <w:sz w:val="22"/>
        </w:rPr>
        <w:t>C. Vi khuẩn</w:t>
      </w:r>
    </w:p>
    <w:p>
      <w:pPr>
        <w:pStyle w:val="ListParagraph"/>
      </w:pPr>
      <w:r>
        <w:rPr>
          <w:sz w:val="22"/>
        </w:rPr>
        <w:t>D. Ký sinh trùng</w:t>
      </w:r>
    </w:p>
    <w:p/>
    <w:p>
      <w:r>
        <w:rPr>
          <w:b/>
          <w:sz w:val="24"/>
        </w:rPr>
        <w:t>Câu 4: Câu 4. Vi khuẩn gây viêm phổi phổ biến nhất là:</w:t>
      </w:r>
    </w:p>
    <w:p>
      <w:pPr>
        <w:pStyle w:val="ListParagraph"/>
      </w:pPr>
      <w:r>
        <w:rPr>
          <w:sz w:val="22"/>
        </w:rPr>
        <w:t>A. Staphylococcus aureus</w:t>
      </w:r>
    </w:p>
    <w:p>
      <w:pPr>
        <w:pStyle w:val="ListParagraph"/>
      </w:pPr>
      <w:r>
        <w:rPr>
          <w:sz w:val="22"/>
        </w:rPr>
        <w:t>B. Streptococcus pneumoniae</w:t>
      </w:r>
    </w:p>
    <w:p>
      <w:pPr>
        <w:pStyle w:val="ListParagraph"/>
      </w:pPr>
      <w:r>
        <w:rPr>
          <w:sz w:val="22"/>
        </w:rPr>
        <w:t>C. Klebsiella pneumoniae</w:t>
      </w:r>
    </w:p>
    <w:p>
      <w:pPr>
        <w:pStyle w:val="ListParagraph"/>
      </w:pPr>
      <w:r>
        <w:rPr>
          <w:sz w:val="22"/>
        </w:rPr>
        <w:t>D. Hemophilus influenzae</w:t>
      </w:r>
    </w:p>
    <w:p/>
    <w:p>
      <w:r>
        <w:rPr>
          <w:b/>
          <w:sz w:val="24"/>
        </w:rPr>
        <w:t>Câu 5: Câu 5. Trường hợp nào sau đây KHÔNG phải yếu tố thuận lợi gây viêm phổi?</w:t>
      </w:r>
    </w:p>
    <w:p>
      <w:pPr>
        <w:pStyle w:val="ListParagraph"/>
      </w:pPr>
      <w:r>
        <w:rPr>
          <w:sz w:val="22"/>
        </w:rPr>
        <w:t>A. Hút thuốc lá</w:t>
      </w:r>
    </w:p>
    <w:p>
      <w:pPr>
        <w:pStyle w:val="ListParagraph"/>
      </w:pPr>
      <w:r>
        <w:rPr>
          <w:sz w:val="22"/>
        </w:rPr>
        <w:t>B. Tuổi cao, suy kiệt</w:t>
      </w:r>
    </w:p>
    <w:p>
      <w:pPr>
        <w:pStyle w:val="ListParagraph"/>
      </w:pPr>
      <w:r>
        <w:rPr>
          <w:sz w:val="22"/>
        </w:rPr>
        <w:t>C. Thể thao đều đặn</w:t>
      </w:r>
    </w:p>
    <w:p>
      <w:pPr>
        <w:pStyle w:val="ListParagraph"/>
      </w:pPr>
      <w:r>
        <w:rPr>
          <w:sz w:val="22"/>
        </w:rPr>
        <w:t>D. Nằm lâu, thở máy</w:t>
      </w:r>
    </w:p>
    <w:p/>
    <w:p>
      <w:r>
        <w:rPr>
          <w:b/>
          <w:sz w:val="24"/>
        </w:rPr>
        <w:t>Câu 6: Câu 6. Triệu chứng toàn thân điển hình của viêm phổi bao gồm:</w:t>
      </w:r>
    </w:p>
    <w:p>
      <w:pPr>
        <w:pStyle w:val="ListParagraph"/>
      </w:pPr>
      <w:r>
        <w:rPr>
          <w:sz w:val="22"/>
        </w:rPr>
        <w:t>A. Sốt cao, mệt mỏi, chán ăn, môi khô</w:t>
      </w:r>
    </w:p>
    <w:p>
      <w:pPr>
        <w:pStyle w:val="ListParagraph"/>
      </w:pPr>
      <w:r>
        <w:rPr>
          <w:sz w:val="22"/>
        </w:rPr>
        <w:t>B. Chỉ ho khan không sốt</w:t>
      </w:r>
    </w:p>
    <w:p>
      <w:pPr>
        <w:pStyle w:val="ListParagraph"/>
      </w:pPr>
      <w:r>
        <w:rPr>
          <w:sz w:val="22"/>
        </w:rPr>
        <w:t>C. Sốt thấp kéo dài không rõ nguyên nhân</w:t>
      </w:r>
    </w:p>
    <w:p>
      <w:pPr>
        <w:pStyle w:val="ListParagraph"/>
      </w:pPr>
      <w:r>
        <w:rPr>
          <w:sz w:val="22"/>
        </w:rPr>
        <w:t>D. Đau khớp, ban đỏ da</w:t>
      </w:r>
    </w:p>
    <w:p/>
    <w:p>
      <w:r>
        <w:rPr>
          <w:b/>
          <w:sz w:val="24"/>
        </w:rPr>
        <w:t>Câu 7: Câu 7. Đờm điển hình ở viêm phổi là:</w:t>
      </w:r>
    </w:p>
    <w:p>
      <w:pPr>
        <w:pStyle w:val="ListParagraph"/>
      </w:pPr>
      <w:r>
        <w:rPr>
          <w:sz w:val="22"/>
        </w:rPr>
        <w:t>A. Đờm trong, trắng</w:t>
      </w:r>
    </w:p>
    <w:p>
      <w:pPr>
        <w:pStyle w:val="ListParagraph"/>
      </w:pPr>
      <w:r>
        <w:rPr>
          <w:sz w:val="22"/>
        </w:rPr>
        <w:t>B. Đờm mủ màu vàng, xanh, rỉ sắt</w:t>
      </w:r>
    </w:p>
    <w:p>
      <w:pPr>
        <w:pStyle w:val="ListParagraph"/>
      </w:pPr>
      <w:r>
        <w:rPr>
          <w:sz w:val="22"/>
        </w:rPr>
        <w:t>C. Đờm bọt hồng</w:t>
      </w:r>
    </w:p>
    <w:p>
      <w:pPr>
        <w:pStyle w:val="ListParagraph"/>
      </w:pPr>
      <w:r>
        <w:rPr>
          <w:sz w:val="22"/>
        </w:rPr>
        <w:t>D. Đờm giống nước rửa thịt</w:t>
      </w:r>
    </w:p>
    <w:p/>
    <w:p>
      <w:r>
        <w:rPr>
          <w:b/>
          <w:sz w:val="24"/>
        </w:rPr>
        <w:t>Câu 8: Câu 8. Hội chứng đông đặc phổi khi khám thực thể thể hiện:</w:t>
      </w:r>
    </w:p>
    <w:p>
      <w:pPr>
        <w:pStyle w:val="ListParagraph"/>
      </w:pPr>
      <w:r>
        <w:rPr>
          <w:sz w:val="22"/>
        </w:rPr>
        <w:t>A. Gõ trong, rung thanh giảm</w:t>
      </w:r>
    </w:p>
    <w:p>
      <w:pPr>
        <w:pStyle w:val="ListParagraph"/>
      </w:pPr>
      <w:r>
        <w:rPr>
          <w:sz w:val="22"/>
        </w:rPr>
        <w:t>B. Gõ đục, rung thanh tăng, rì rào phế nang giảm</w:t>
      </w:r>
    </w:p>
    <w:p>
      <w:pPr>
        <w:pStyle w:val="ListParagraph"/>
      </w:pPr>
      <w:r>
        <w:rPr>
          <w:sz w:val="22"/>
        </w:rPr>
        <w:t>C. Gõ thùng, rung thanh bình thường</w:t>
      </w:r>
    </w:p>
    <w:p>
      <w:pPr>
        <w:pStyle w:val="ListParagraph"/>
      </w:pPr>
      <w:r>
        <w:rPr>
          <w:sz w:val="22"/>
        </w:rPr>
        <w:t>D. Gõ đục di động, rung thanh giảm</w:t>
      </w:r>
    </w:p>
    <w:p/>
    <w:p>
      <w:r>
        <w:rPr>
          <w:b/>
          <w:sz w:val="24"/>
        </w:rPr>
        <w:t>Câu 9: Câu 9. X-quang phổi ở viêm phổi thùy điển hình có hình ảnh:</w:t>
      </w:r>
    </w:p>
    <w:p>
      <w:pPr>
        <w:pStyle w:val="ListParagraph"/>
      </w:pPr>
      <w:r>
        <w:rPr>
          <w:sz w:val="22"/>
        </w:rPr>
        <w:t>A. Đám mờ hình tam giác, đáy ra ngoài, đỉnh vào trong</w:t>
      </w:r>
    </w:p>
    <w:p>
      <w:pPr>
        <w:pStyle w:val="ListParagraph"/>
      </w:pPr>
      <w:r>
        <w:rPr>
          <w:sz w:val="22"/>
        </w:rPr>
        <w:t>B. Đám mờ hình vòng</w:t>
      </w:r>
    </w:p>
    <w:p>
      <w:pPr>
        <w:pStyle w:val="ListParagraph"/>
      </w:pPr>
      <w:r>
        <w:rPr>
          <w:sz w:val="22"/>
        </w:rPr>
        <w:t>C. Nốt mờ rải rác</w:t>
      </w:r>
    </w:p>
    <w:p>
      <w:pPr>
        <w:pStyle w:val="ListParagraph"/>
      </w:pPr>
      <w:r>
        <w:rPr>
          <w:sz w:val="22"/>
        </w:rPr>
        <w:t>D. Mờ kẽ hai phổi</w:t>
      </w:r>
    </w:p>
    <w:p/>
    <w:p>
      <w:r>
        <w:rPr>
          <w:b/>
          <w:sz w:val="24"/>
        </w:rPr>
        <w:t>Câu 10: Câu 10. Xét nghiệm nào sau đây phù hợp với viêm phổi do vi khuẩn?</w:t>
      </w:r>
    </w:p>
    <w:p>
      <w:pPr>
        <w:pStyle w:val="ListParagraph"/>
      </w:pPr>
      <w:r>
        <w:rPr>
          <w:sz w:val="22"/>
        </w:rPr>
        <w:t>A. Bạch cầu giảm, CRP bình thường</w:t>
      </w:r>
    </w:p>
    <w:p>
      <w:pPr>
        <w:pStyle w:val="ListParagraph"/>
      </w:pPr>
      <w:r>
        <w:rPr>
          <w:sz w:val="22"/>
        </w:rPr>
        <w:t>B. Bạch cầu tăng, CRP tăng</w:t>
      </w:r>
    </w:p>
    <w:p>
      <w:pPr>
        <w:pStyle w:val="ListParagraph"/>
      </w:pPr>
      <w:r>
        <w:rPr>
          <w:sz w:val="22"/>
        </w:rPr>
        <w:t>C. Bạch cầu bình thường, CRP giảm</w:t>
      </w:r>
    </w:p>
    <w:p>
      <w:pPr>
        <w:pStyle w:val="ListParagraph"/>
      </w:pPr>
      <w:r>
        <w:rPr>
          <w:sz w:val="22"/>
        </w:rPr>
        <w:t>D. Tất cả đều sai</w:t>
      </w:r>
    </w:p>
    <w:p/>
    <w:p>
      <w:r>
        <w:rPr>
          <w:b/>
          <w:sz w:val="24"/>
        </w:rPr>
        <w:t>Câu 11: Câu 11. Biến chứng nặng có thể gặp của viêm phổi là:</w:t>
      </w:r>
    </w:p>
    <w:p>
      <w:pPr>
        <w:pStyle w:val="ListParagraph"/>
      </w:pPr>
      <w:r>
        <w:rPr>
          <w:sz w:val="22"/>
        </w:rPr>
        <w:t>A. Sốc nhiễm khuẩn</w:t>
      </w:r>
    </w:p>
    <w:p>
      <w:pPr>
        <w:pStyle w:val="ListParagraph"/>
      </w:pPr>
      <w:r>
        <w:rPr>
          <w:sz w:val="22"/>
        </w:rPr>
        <w:t>B. Xuất huyết tiêu hóa</w:t>
      </w:r>
    </w:p>
    <w:p>
      <w:pPr>
        <w:pStyle w:val="ListParagraph"/>
      </w:pPr>
      <w:r>
        <w:rPr>
          <w:sz w:val="22"/>
        </w:rPr>
        <w:t>C. Suy thận cấp</w:t>
      </w:r>
    </w:p>
    <w:p>
      <w:pPr>
        <w:pStyle w:val="ListParagraph"/>
      </w:pPr>
      <w:r>
        <w:rPr>
          <w:sz w:val="22"/>
        </w:rPr>
        <w:t>D. Viêm khớp thoái hóa</w:t>
      </w:r>
    </w:p>
    <w:p/>
    <w:p>
      <w:r>
        <w:rPr>
          <w:b/>
          <w:sz w:val="24"/>
        </w:rPr>
        <w:t>Câu 12: Câu 12. Nguyên tắc điều trị chính của viêm phổi do vi khuẩn là:</w:t>
      </w:r>
    </w:p>
    <w:p>
      <w:pPr>
        <w:pStyle w:val="ListParagraph"/>
      </w:pPr>
      <w:r>
        <w:rPr>
          <w:sz w:val="22"/>
        </w:rPr>
        <w:t>A. Chống dị ứng</w:t>
      </w:r>
    </w:p>
    <w:p>
      <w:pPr>
        <w:pStyle w:val="ListParagraph"/>
      </w:pPr>
      <w:r>
        <w:rPr>
          <w:sz w:val="22"/>
        </w:rPr>
        <w:t>B. Kháng sinh</w:t>
      </w:r>
    </w:p>
    <w:p>
      <w:pPr>
        <w:pStyle w:val="ListParagraph"/>
      </w:pPr>
      <w:r>
        <w:rPr>
          <w:sz w:val="22"/>
        </w:rPr>
        <w:t>C. Corticoid liều cao</w:t>
      </w:r>
    </w:p>
    <w:p>
      <w:pPr>
        <w:pStyle w:val="ListParagraph"/>
      </w:pPr>
      <w:r>
        <w:rPr>
          <w:sz w:val="22"/>
        </w:rPr>
        <w:t>D. Huyết thanh kháng độc tố</w:t>
      </w:r>
    </w:p>
    <w:p/>
    <w:p>
      <w:r>
        <w:rPr>
          <w:b/>
          <w:sz w:val="24"/>
        </w:rPr>
        <w:t>Câu 13: Câu 13. Khi có sốc nhiễm khuẩn, biện pháp đúng là:</w:t>
      </w:r>
    </w:p>
    <w:p>
      <w:pPr>
        <w:pStyle w:val="ListParagraph"/>
      </w:pPr>
      <w:r>
        <w:rPr>
          <w:sz w:val="22"/>
        </w:rPr>
        <w:t>A. Hạn chế truyền dịch</w:t>
      </w:r>
    </w:p>
    <w:p>
      <w:pPr>
        <w:pStyle w:val="ListParagraph"/>
      </w:pPr>
      <w:r>
        <w:rPr>
          <w:sz w:val="22"/>
        </w:rPr>
        <w:t>B. Bù dịch + thuốc vận mạch</w:t>
      </w:r>
    </w:p>
    <w:p>
      <w:pPr>
        <w:pStyle w:val="ListParagraph"/>
      </w:pPr>
      <w:r>
        <w:rPr>
          <w:sz w:val="22"/>
        </w:rPr>
        <w:t>C. Chỉ dùng thuốc hạ sốt</w:t>
      </w:r>
    </w:p>
    <w:p>
      <w:pPr>
        <w:pStyle w:val="ListParagraph"/>
      </w:pPr>
      <w:r>
        <w:rPr>
          <w:sz w:val="22"/>
        </w:rPr>
        <w:t>D. Thở oxy lưu lượng thấp</w:t>
      </w:r>
    </w:p>
    <w:p/>
    <w:p>
      <w:r>
        <w:rPr>
          <w:b/>
          <w:sz w:val="24"/>
        </w:rPr>
        <w:t>Câu 14: Câu 14. Chẩn đoán điều dưỡng chính cho người bệnh viêm phổi (ho nhiều đờm, khó thở):</w:t>
      </w:r>
    </w:p>
    <w:p>
      <w:pPr>
        <w:pStyle w:val="ListParagraph"/>
      </w:pPr>
      <w:r>
        <w:rPr>
          <w:sz w:val="22"/>
        </w:rPr>
        <w:t>A. Giảm lưu thông đường thở do tăng tiết đờm dãi</w:t>
      </w:r>
    </w:p>
    <w:p>
      <w:pPr>
        <w:pStyle w:val="ListParagraph"/>
      </w:pPr>
      <w:r>
        <w:rPr>
          <w:sz w:val="22"/>
        </w:rPr>
        <w:t>B. Đau do viêm màng tim</w:t>
      </w:r>
    </w:p>
    <w:p>
      <w:pPr>
        <w:pStyle w:val="ListParagraph"/>
      </w:pPr>
      <w:r>
        <w:rPr>
          <w:sz w:val="22"/>
        </w:rPr>
        <w:t>C. Mất ngủ do đau đầu</w:t>
      </w:r>
    </w:p>
    <w:p>
      <w:pPr>
        <w:pStyle w:val="ListParagraph"/>
      </w:pPr>
      <w:r>
        <w:rPr>
          <w:sz w:val="22"/>
        </w:rPr>
        <w:t>D. Suy dinh dưỡng do nôn ói</w:t>
      </w:r>
    </w:p>
    <w:p/>
    <w:p>
      <w:r>
        <w:rPr>
          <w:b/>
          <w:sz w:val="24"/>
        </w:rPr>
        <w:t>Câu 15: Câu 15. Để làm loãng đờm, hướng dẫn người bệnh uống bao nhiêu nước mỗi ngày?</w:t>
      </w:r>
    </w:p>
    <w:p>
      <w:pPr>
        <w:pStyle w:val="ListParagraph"/>
      </w:pPr>
      <w:r>
        <w:rPr>
          <w:sz w:val="22"/>
        </w:rPr>
        <w:t>A. 500 ml</w:t>
      </w:r>
    </w:p>
    <w:p>
      <w:pPr>
        <w:pStyle w:val="ListParagraph"/>
      </w:pPr>
      <w:r>
        <w:rPr>
          <w:sz w:val="22"/>
        </w:rPr>
        <w:t>B. 1–1,5 lít</w:t>
      </w:r>
    </w:p>
    <w:p>
      <w:pPr>
        <w:pStyle w:val="ListParagraph"/>
      </w:pPr>
      <w:r>
        <w:rPr>
          <w:sz w:val="22"/>
        </w:rPr>
        <w:t>C. 2–3 lít</w:t>
      </w:r>
    </w:p>
    <w:p>
      <w:pPr>
        <w:pStyle w:val="ListParagraph"/>
      </w:pPr>
      <w:r>
        <w:rPr>
          <w:sz w:val="22"/>
        </w:rPr>
        <w:t>D. Trên 4 lít</w:t>
      </w:r>
    </w:p>
    <w:p/>
    <w:p>
      <w:r>
        <w:rPr>
          <w:b/>
          <w:sz w:val="24"/>
        </w:rPr>
        <w:t>Câu 16: Câu 16. Hướng dẫn ho có hiệu quả, tư thế đúng là:</w:t>
      </w:r>
    </w:p>
    <w:p>
      <w:pPr>
        <w:pStyle w:val="ListParagraph"/>
      </w:pPr>
      <w:r>
        <w:rPr>
          <w:sz w:val="22"/>
        </w:rPr>
        <w:t>A. Nằm ngửa duỗi thẳng</w:t>
      </w:r>
    </w:p>
    <w:p>
      <w:pPr>
        <w:pStyle w:val="ListParagraph"/>
      </w:pPr>
      <w:r>
        <w:rPr>
          <w:sz w:val="22"/>
        </w:rPr>
        <w:t>B. Ngồi hơi cúi người về phía trước, gối hông gập</w:t>
      </w:r>
    </w:p>
    <w:p>
      <w:pPr>
        <w:pStyle w:val="ListParagraph"/>
      </w:pPr>
      <w:r>
        <w:rPr>
          <w:sz w:val="22"/>
        </w:rPr>
        <w:t>C. Đứng thẳng tay giơ cao</w:t>
      </w:r>
    </w:p>
    <w:p>
      <w:pPr>
        <w:pStyle w:val="ListParagraph"/>
      </w:pPr>
      <w:r>
        <w:rPr>
          <w:sz w:val="22"/>
        </w:rPr>
        <w:t>D. Nằm nghiêng đầu thấp</w:t>
      </w:r>
    </w:p>
    <w:p/>
    <w:p>
      <w:r>
        <w:rPr>
          <w:b/>
          <w:sz w:val="24"/>
        </w:rPr>
        <w:t>Câu 17: Câu 17. Giáo dục sức khỏe sau khi ra viện, người bệnh cần tái khám kiểm tra X-quang sau:</w:t>
      </w:r>
    </w:p>
    <w:p>
      <w:pPr>
        <w:pStyle w:val="ListParagraph"/>
      </w:pPr>
      <w:r>
        <w:rPr>
          <w:sz w:val="22"/>
        </w:rPr>
        <w:t>A. 1 tuần</w:t>
      </w:r>
    </w:p>
    <w:p>
      <w:pPr>
        <w:pStyle w:val="ListParagraph"/>
      </w:pPr>
      <w:r>
        <w:rPr>
          <w:sz w:val="22"/>
        </w:rPr>
        <w:t>B. 4 tuần</w:t>
      </w:r>
    </w:p>
    <w:p>
      <w:pPr>
        <w:pStyle w:val="ListParagraph"/>
      </w:pPr>
      <w:r>
        <w:rPr>
          <w:sz w:val="22"/>
        </w:rPr>
        <w:t>C. 3 tháng</w:t>
      </w:r>
    </w:p>
    <w:p>
      <w:pPr>
        <w:pStyle w:val="ListParagraph"/>
      </w:pPr>
      <w:r>
        <w:rPr>
          <w:sz w:val="22"/>
        </w:rPr>
        <w:t>D. 6 tháng</w:t>
      </w:r>
    </w:p>
    <w:p/>
    <w:p>
      <w:r>
        <w:rPr>
          <w:b/>
          <w:sz w:val="24"/>
        </w:rPr>
        <w:t>Câu 18: Câu 18. Tác hại của hút thuốc lá đối với phổi bao gồm:</w:t>
      </w:r>
    </w:p>
    <w:p>
      <w:pPr>
        <w:pStyle w:val="ListParagraph"/>
      </w:pPr>
      <w:r>
        <w:rPr>
          <w:sz w:val="22"/>
        </w:rPr>
        <w:t>A. Tăng tiết nhầy, hủy lông chuyển, ức chế đại thực bào</w:t>
      </w:r>
    </w:p>
    <w:p>
      <w:pPr>
        <w:pStyle w:val="ListParagraph"/>
      </w:pPr>
      <w:r>
        <w:rPr>
          <w:sz w:val="22"/>
        </w:rPr>
        <w:t>B. Chỉ ảnh hưởng đến tim</w:t>
      </w:r>
    </w:p>
    <w:p>
      <w:pPr>
        <w:pStyle w:val="ListParagraph"/>
      </w:pPr>
      <w:r>
        <w:rPr>
          <w:sz w:val="22"/>
        </w:rPr>
        <w:t>C. Giảm chức năng thận</w:t>
      </w:r>
    </w:p>
    <w:p>
      <w:pPr>
        <w:pStyle w:val="ListParagraph"/>
      </w:pPr>
      <w:r>
        <w:rPr>
          <w:sz w:val="22"/>
        </w:rPr>
        <w:t>D. Không ảnh hưởng đến phế quản</w:t>
      </w:r>
    </w:p>
    <w:p/>
    <w:p>
      <w:r>
        <w:rPr>
          <w:b/>
          <w:sz w:val="24"/>
        </w:rPr>
        <w:t>Câu 19: Câu 19. Khi SpO₂ giảm dưới bao nhiêu cần theo dõi sát &amp; hỗ trợ hô hấp?</w:t>
      </w:r>
    </w:p>
    <w:p>
      <w:pPr>
        <w:pStyle w:val="ListParagraph"/>
      </w:pPr>
      <w:r>
        <w:rPr>
          <w:sz w:val="22"/>
        </w:rPr>
        <w:t>A. 95%</w:t>
      </w:r>
    </w:p>
    <w:p>
      <w:pPr>
        <w:pStyle w:val="ListParagraph"/>
      </w:pPr>
      <w:r>
        <w:rPr>
          <w:sz w:val="22"/>
        </w:rPr>
        <w:t>B. 92%</w:t>
      </w:r>
    </w:p>
    <w:p>
      <w:pPr>
        <w:pStyle w:val="ListParagraph"/>
      </w:pPr>
      <w:r>
        <w:rPr>
          <w:sz w:val="22"/>
        </w:rPr>
        <w:t>C. 90%</w:t>
      </w:r>
    </w:p>
    <w:p>
      <w:pPr>
        <w:pStyle w:val="ListParagraph"/>
      </w:pPr>
      <w:r>
        <w:rPr>
          <w:sz w:val="22"/>
        </w:rPr>
        <w:t>D. 88%</w:t>
      </w:r>
    </w:p>
    <w:p/>
    <w:p>
      <w:r>
        <w:rPr>
          <w:b/>
          <w:sz w:val="24"/>
        </w:rPr>
        <w:t>Câu 20: Câu 20. Kết quả mong đợi sau điều trị &amp; chăm sóc, ngoại trừ:</w:t>
      </w:r>
    </w:p>
    <w:p>
      <w:pPr>
        <w:pStyle w:val="ListParagraph"/>
      </w:pPr>
      <w:r>
        <w:rPr>
          <w:sz w:val="22"/>
        </w:rPr>
        <w:t>A. Không còn khó thở, sinh tồn bình thường</w:t>
      </w:r>
    </w:p>
    <w:p>
      <w:pPr>
        <w:pStyle w:val="ListParagraph"/>
      </w:pPr>
      <w:r>
        <w:rPr>
          <w:sz w:val="22"/>
        </w:rPr>
        <w:t>B. Đờm trong, ít dần</w:t>
      </w:r>
    </w:p>
    <w:p>
      <w:pPr>
        <w:pStyle w:val="ListParagraph"/>
      </w:pPr>
      <w:r>
        <w:rPr>
          <w:sz w:val="22"/>
        </w:rPr>
        <w:t>C. Hình ảnh X-quang cải thiện</w:t>
      </w:r>
    </w:p>
    <w:p>
      <w:pPr>
        <w:pStyle w:val="ListParagraph"/>
      </w:pPr>
      <w:r>
        <w:rPr>
          <w:sz w:val="22"/>
        </w:rPr>
        <w:t>D. Không bao giờ mắc lại viêm phổi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B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C</w:t>
      </w:r>
    </w:p>
    <w:p>
      <w:r>
        <w:rPr>
          <w:b/>
        </w:rPr>
        <w:t>Câu 16: Đáp án đúng: B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C</w:t>
      </w:r>
    </w:p>
    <w:p>
      <w:r>
        <w:rPr>
          <w:b/>
        </w:rPr>
        <w:t>Câu 20: Đáp án đúng: D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