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hỏi trắc nghiệm từ tài liệu này4.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Talét quê ở thành bang nào của Hy Lạp?</w:t>
      </w:r>
    </w:p>
    <w:p>
      <w:pPr>
        <w:pStyle w:val="ListParagraph"/>
      </w:pPr>
      <w:r>
        <w:rPr>
          <w:sz w:val="22"/>
        </w:rPr>
        <w:t>A. Xamốt</w:t>
      </w:r>
    </w:p>
    <w:p>
      <w:pPr>
        <w:pStyle w:val="ListParagraph"/>
      </w:pPr>
      <w:r>
        <w:rPr>
          <w:sz w:val="22"/>
        </w:rPr>
        <w:t>B. Milô</w:t>
      </w:r>
    </w:p>
    <w:p>
      <w:pPr>
        <w:pStyle w:val="ListParagraph"/>
      </w:pPr>
      <w:r>
        <w:rPr>
          <w:sz w:val="22"/>
        </w:rPr>
        <w:t>C. Alếchxăngđri</w:t>
      </w:r>
    </w:p>
    <w:p>
      <w:pPr>
        <w:pStyle w:val="ListParagraph"/>
      </w:pPr>
      <w:r>
        <w:rPr>
          <w:sz w:val="22"/>
        </w:rPr>
        <w:t>D. Xiraquydơ</w:t>
      </w:r>
    </w:p>
    <w:p/>
    <w:p>
      <w:r>
        <w:rPr>
          <w:b/>
          <w:sz w:val="24"/>
        </w:rPr>
        <w:t>Câu 2: Phát minh quan trọng nhất của Talét về Toán học là gì?</w:t>
      </w:r>
    </w:p>
    <w:p>
      <w:pPr>
        <w:pStyle w:val="ListParagraph"/>
      </w:pPr>
      <w:r>
        <w:rPr>
          <w:sz w:val="22"/>
        </w:rPr>
        <w:t>A. Định lí Pitago</w:t>
      </w:r>
    </w:p>
    <w:p>
      <w:pPr>
        <w:pStyle w:val="ListParagraph"/>
      </w:pPr>
      <w:r>
        <w:rPr>
          <w:sz w:val="22"/>
        </w:rPr>
        <w:t>B. Số pi</w:t>
      </w:r>
    </w:p>
    <w:p>
      <w:pPr>
        <w:pStyle w:val="ListParagraph"/>
      </w:pPr>
      <w:r>
        <w:rPr>
          <w:sz w:val="22"/>
        </w:rPr>
        <w:t>C. Tỉ lệ thức</w:t>
      </w:r>
    </w:p>
    <w:p>
      <w:pPr>
        <w:pStyle w:val="ListParagraph"/>
      </w:pPr>
      <w:r>
        <w:rPr>
          <w:sz w:val="22"/>
        </w:rPr>
        <w:t>D. Hệ tọa độ</w:t>
      </w:r>
    </w:p>
    <w:p/>
    <w:p>
      <w:r>
        <w:rPr>
          <w:b/>
          <w:sz w:val="24"/>
        </w:rPr>
        <w:t>Câu 3: Talét tính chiều cao Kim tự tháp bằng cách nào?</w:t>
      </w:r>
    </w:p>
    <w:p>
      <w:pPr>
        <w:pStyle w:val="ListParagraph"/>
      </w:pPr>
      <w:r>
        <w:rPr>
          <w:sz w:val="22"/>
        </w:rPr>
        <w:t>A. Đo bóng của nó</w:t>
      </w:r>
    </w:p>
    <w:p>
      <w:pPr>
        <w:pStyle w:val="ListParagraph"/>
      </w:pPr>
      <w:r>
        <w:rPr>
          <w:sz w:val="22"/>
        </w:rPr>
        <w:t>B. Đo cạnh đáy</w:t>
      </w:r>
    </w:p>
    <w:p>
      <w:pPr>
        <w:pStyle w:val="ListParagraph"/>
      </w:pPr>
      <w:r>
        <w:rPr>
          <w:sz w:val="22"/>
        </w:rPr>
        <w:t>C. Đo góc</w:t>
      </w:r>
    </w:p>
    <w:p>
      <w:pPr>
        <w:pStyle w:val="ListParagraph"/>
      </w:pPr>
      <w:r>
        <w:rPr>
          <w:sz w:val="22"/>
        </w:rPr>
        <w:t>D. Đo thể tích</w:t>
      </w:r>
    </w:p>
    <w:p/>
    <w:p>
      <w:r>
        <w:rPr>
          <w:b/>
          <w:sz w:val="24"/>
        </w:rPr>
        <w:t>Câu 4: Talét dự đoán đúng ngày nhật thực vào năm nào?</w:t>
      </w:r>
    </w:p>
    <w:p>
      <w:pPr>
        <w:pStyle w:val="ListParagraph"/>
      </w:pPr>
      <w:r>
        <w:rPr>
          <w:sz w:val="22"/>
        </w:rPr>
        <w:t>A. 558 TCN</w:t>
      </w:r>
    </w:p>
    <w:p>
      <w:pPr>
        <w:pStyle w:val="ListParagraph"/>
      </w:pPr>
      <w:r>
        <w:rPr>
          <w:sz w:val="22"/>
        </w:rPr>
        <w:t>B. 500 TCN</w:t>
      </w:r>
    </w:p>
    <w:p>
      <w:pPr>
        <w:pStyle w:val="ListParagraph"/>
      </w:pPr>
      <w:r>
        <w:rPr>
          <w:sz w:val="22"/>
        </w:rPr>
        <w:t>C. 585 TCN</w:t>
      </w:r>
    </w:p>
    <w:p>
      <w:pPr>
        <w:pStyle w:val="ListParagraph"/>
      </w:pPr>
      <w:r>
        <w:rPr>
          <w:sz w:val="22"/>
        </w:rPr>
        <w:t>D. 212 TCN</w:t>
      </w:r>
    </w:p>
    <w:p/>
    <w:p>
      <w:r>
        <w:rPr>
          <w:b/>
          <w:sz w:val="24"/>
        </w:rPr>
        <w:t>Câu 5: Pitago nổi tiếng với định lí nào?</w:t>
      </w:r>
    </w:p>
    <w:p>
      <w:pPr>
        <w:pStyle w:val="ListParagraph"/>
      </w:pPr>
      <w:r>
        <w:rPr>
          <w:sz w:val="22"/>
        </w:rPr>
        <w:t>A. Định lí Pitago</w:t>
      </w:r>
    </w:p>
    <w:p>
      <w:pPr>
        <w:pStyle w:val="ListParagraph"/>
      </w:pPr>
      <w:r>
        <w:rPr>
          <w:sz w:val="22"/>
        </w:rPr>
        <w:t>B. Định lí Talét</w:t>
      </w:r>
    </w:p>
    <w:p>
      <w:pPr>
        <w:pStyle w:val="ListParagraph"/>
      </w:pPr>
      <w:r>
        <w:rPr>
          <w:sz w:val="22"/>
        </w:rPr>
        <w:t>C. Định lí Ơclít</w:t>
      </w:r>
    </w:p>
    <w:p>
      <w:pPr>
        <w:pStyle w:val="ListParagraph"/>
      </w:pPr>
      <w:r>
        <w:rPr>
          <w:sz w:val="22"/>
        </w:rPr>
        <w:t>D. Định lí Acsimét</w:t>
      </w:r>
    </w:p>
    <w:p/>
    <w:p>
      <w:r>
        <w:rPr>
          <w:b/>
          <w:sz w:val="24"/>
        </w:rPr>
        <w:t>Câu 6: Pitago có nhận thức tiến bộ nào về trái đất?</w:t>
      </w:r>
    </w:p>
    <w:p>
      <w:pPr>
        <w:pStyle w:val="ListParagraph"/>
      </w:pPr>
      <w:r>
        <w:rPr>
          <w:sz w:val="22"/>
        </w:rPr>
        <w:t>A. Trái đất nổi trên nước</w:t>
      </w:r>
    </w:p>
    <w:p>
      <w:pPr>
        <w:pStyle w:val="ListParagraph"/>
      </w:pPr>
      <w:r>
        <w:rPr>
          <w:sz w:val="22"/>
        </w:rPr>
        <w:t>B. Trái đất hình cầu và chuyển động theo quỹ đạo</w:t>
      </w:r>
    </w:p>
    <w:p>
      <w:pPr>
        <w:pStyle w:val="ListParagraph"/>
      </w:pPr>
      <w:r>
        <w:rPr>
          <w:sz w:val="22"/>
        </w:rPr>
        <w:t>C. Trái đất là trung tâm vũ trụ</w:t>
      </w:r>
    </w:p>
    <w:p>
      <w:pPr>
        <w:pStyle w:val="ListParagraph"/>
      </w:pPr>
      <w:r>
        <w:rPr>
          <w:sz w:val="22"/>
        </w:rPr>
        <w:t>D. Trái đất đứng yên</w:t>
      </w:r>
    </w:p>
    <w:p/>
    <w:p>
      <w:r>
        <w:rPr>
          <w:b/>
          <w:sz w:val="24"/>
        </w:rPr>
        <w:t>Câu 7: Ơclít là người đứng đầu các nhà Toán học ở đâu?</w:t>
      </w:r>
    </w:p>
    <w:p>
      <w:pPr>
        <w:pStyle w:val="ListParagraph"/>
      </w:pPr>
      <w:r>
        <w:rPr>
          <w:sz w:val="22"/>
        </w:rPr>
        <w:t>A. Milô</w:t>
      </w:r>
    </w:p>
    <w:p>
      <w:pPr>
        <w:pStyle w:val="ListParagraph"/>
      </w:pPr>
      <w:r>
        <w:rPr>
          <w:sz w:val="22"/>
        </w:rPr>
        <w:t>B. Xamốt</w:t>
      </w:r>
    </w:p>
    <w:p>
      <w:pPr>
        <w:pStyle w:val="ListParagraph"/>
      </w:pPr>
      <w:r>
        <w:rPr>
          <w:sz w:val="22"/>
        </w:rPr>
        <w:t>C. Xiraquydơ</w:t>
      </w:r>
    </w:p>
    <w:p>
      <w:pPr>
        <w:pStyle w:val="ListParagraph"/>
      </w:pPr>
      <w:r>
        <w:rPr>
          <w:sz w:val="22"/>
        </w:rPr>
        <w:t>D. Alếchxăngđri</w:t>
      </w:r>
    </w:p>
    <w:p/>
    <w:p>
      <w:r>
        <w:rPr>
          <w:b/>
          <w:sz w:val="24"/>
        </w:rPr>
        <w:t>Câu 8: Tác phẩm của Ơclít là cơ sở của môn học nào?</w:t>
      </w:r>
    </w:p>
    <w:p>
      <w:pPr>
        <w:pStyle w:val="ListParagraph"/>
      </w:pPr>
      <w:r>
        <w:rPr>
          <w:sz w:val="22"/>
        </w:rPr>
        <w:t>A. Thiên văn học</w:t>
      </w:r>
    </w:p>
    <w:p>
      <w:pPr>
        <w:pStyle w:val="ListParagraph"/>
      </w:pPr>
      <w:r>
        <w:rPr>
          <w:sz w:val="22"/>
        </w:rPr>
        <w:t>B. Vật lí học</w:t>
      </w:r>
    </w:p>
    <w:p>
      <w:pPr>
        <w:pStyle w:val="ListParagraph"/>
      </w:pPr>
      <w:r>
        <w:rPr>
          <w:sz w:val="22"/>
        </w:rPr>
        <w:t>C. Hình học</w:t>
      </w:r>
    </w:p>
    <w:p>
      <w:pPr>
        <w:pStyle w:val="ListParagraph"/>
      </w:pPr>
      <w:r>
        <w:rPr>
          <w:sz w:val="22"/>
        </w:rPr>
        <w:t>D. Y học</w:t>
      </w:r>
    </w:p>
    <w:p/>
    <w:p>
      <w:r>
        <w:rPr>
          <w:b/>
          <w:sz w:val="24"/>
        </w:rPr>
        <w:t>Câu 9: Acsimét đã có cống hiến trong những lĩnh vực nào?</w:t>
      </w:r>
    </w:p>
    <w:p>
      <w:pPr>
        <w:pStyle w:val="ListParagraph"/>
      </w:pPr>
      <w:r>
        <w:rPr>
          <w:sz w:val="22"/>
        </w:rPr>
        <w:t>A. Toán học và Vật lí học</w:t>
      </w:r>
    </w:p>
    <w:p>
      <w:pPr>
        <w:pStyle w:val="ListParagraph"/>
      </w:pPr>
      <w:r>
        <w:rPr>
          <w:sz w:val="22"/>
        </w:rPr>
        <w:t>B. Y học và Thiên văn học</w:t>
      </w:r>
    </w:p>
    <w:p>
      <w:pPr>
        <w:pStyle w:val="ListParagraph"/>
      </w:pPr>
      <w:r>
        <w:rPr>
          <w:sz w:val="22"/>
        </w:rPr>
        <w:t>C. Địa lí và Lịch sử</w:t>
      </w:r>
    </w:p>
    <w:p>
      <w:pPr>
        <w:pStyle w:val="ListParagraph"/>
      </w:pPr>
      <w:r>
        <w:rPr>
          <w:sz w:val="22"/>
        </w:rPr>
        <w:t>D. Hội họa và Điêu khắc</w:t>
      </w:r>
    </w:p>
    <w:p/>
    <w:p>
      <w:r>
        <w:rPr>
          <w:b/>
          <w:sz w:val="24"/>
        </w:rPr>
        <w:t>Câu 10: Câu nói nổi tiếng của Acsimét về đòn bẩy là gì?</w:t>
      </w:r>
    </w:p>
    <w:p>
      <w:pPr>
        <w:pStyle w:val="ListParagraph"/>
      </w:pPr>
      <w:r>
        <w:rPr>
          <w:sz w:val="22"/>
        </w:rPr>
        <w:t>A. Thuốc không chữa được thì dùng sắt</w:t>
      </w:r>
    </w:p>
    <w:p>
      <w:pPr>
        <w:pStyle w:val="ListParagraph"/>
      </w:pPr>
      <w:r>
        <w:rPr>
          <w:sz w:val="22"/>
        </w:rPr>
        <w:t>B. Ta đã tìm ra rồi</w:t>
      </w:r>
    </w:p>
    <w:p>
      <w:pPr>
        <w:pStyle w:val="ListParagraph"/>
      </w:pPr>
      <w:r>
        <w:rPr>
          <w:sz w:val="22"/>
        </w:rPr>
        <w:t>C. Hãy cho tôi một điểm tựa chắc chắn, tôi có thể cất lên cả quả đất</w:t>
      </w:r>
    </w:p>
    <w:p>
      <w:pPr>
        <w:pStyle w:val="ListParagraph"/>
      </w:pPr>
      <w:r>
        <w:rPr>
          <w:sz w:val="22"/>
        </w:rPr>
        <w:t>D. Chúng mày không được phá hủy đồ án của tao</w:t>
      </w:r>
    </w:p>
    <w:p/>
    <w:p>
      <w:r>
        <w:rPr>
          <w:b/>
          <w:sz w:val="24"/>
        </w:rPr>
        <w:t>Câu 11: Acsimét phát hiện nguyên lí thủy lực học trong hoàn cảnh nào?</w:t>
      </w:r>
    </w:p>
    <w:p>
      <w:pPr>
        <w:pStyle w:val="ListParagraph"/>
      </w:pPr>
      <w:r>
        <w:rPr>
          <w:sz w:val="22"/>
        </w:rPr>
        <w:t>A. Khi đo bóng kim tự tháp</w:t>
      </w:r>
    </w:p>
    <w:p>
      <w:pPr>
        <w:pStyle w:val="ListParagraph"/>
      </w:pPr>
      <w:r>
        <w:rPr>
          <w:sz w:val="22"/>
        </w:rPr>
        <w:t>B. Khi tắm trong bể nước</w:t>
      </w:r>
    </w:p>
    <w:p>
      <w:pPr>
        <w:pStyle w:val="ListParagraph"/>
      </w:pPr>
      <w:r>
        <w:rPr>
          <w:sz w:val="22"/>
        </w:rPr>
        <w:t>C. Khi quan sát nhật thực</w:t>
      </w:r>
    </w:p>
    <w:p>
      <w:pPr>
        <w:pStyle w:val="ListParagraph"/>
      </w:pPr>
      <w:r>
        <w:rPr>
          <w:sz w:val="22"/>
        </w:rPr>
        <w:t>D. Khi nghiên cứu núi lửa</w:t>
      </w:r>
    </w:p>
    <w:p/>
    <w:p>
      <w:r>
        <w:rPr>
          <w:b/>
          <w:sz w:val="24"/>
        </w:rPr>
        <w:t>Câu 12: Khi tìm ra nguyên lí thủy lực, Acsimét đã kêu lên từ gì?</w:t>
      </w:r>
    </w:p>
    <w:p>
      <w:pPr>
        <w:pStyle w:val="ListParagraph"/>
      </w:pPr>
      <w:r>
        <w:rPr>
          <w:sz w:val="22"/>
        </w:rPr>
        <w:t>A. Ơrêca! Ơrêca!</w:t>
      </w:r>
    </w:p>
    <w:p>
      <w:pPr>
        <w:pStyle w:val="ListParagraph"/>
      </w:pPr>
      <w:r>
        <w:rPr>
          <w:sz w:val="22"/>
        </w:rPr>
        <w:t>B. Vạn tuế!</w:t>
      </w:r>
    </w:p>
    <w:p>
      <w:pPr>
        <w:pStyle w:val="ListParagraph"/>
      </w:pPr>
      <w:r>
        <w:rPr>
          <w:sz w:val="22"/>
        </w:rPr>
        <w:t>C. Chiến thắng!</w:t>
      </w:r>
    </w:p>
    <w:p>
      <w:pPr>
        <w:pStyle w:val="ListParagraph"/>
      </w:pPr>
      <w:r>
        <w:rPr>
          <w:sz w:val="22"/>
        </w:rPr>
        <w:t>D. Tiến lên!</w:t>
      </w:r>
    </w:p>
    <w:p/>
    <w:p>
      <w:r>
        <w:rPr>
          <w:b/>
          <w:sz w:val="24"/>
        </w:rPr>
        <w:t>Câu 13: Acsimét đã chế ra vũ khí nào để đánh quân La Mã?</w:t>
      </w:r>
    </w:p>
    <w:p>
      <w:pPr>
        <w:pStyle w:val="ListParagraph"/>
      </w:pPr>
      <w:r>
        <w:rPr>
          <w:sz w:val="22"/>
        </w:rPr>
        <w:t>A. Cung tên</w:t>
      </w:r>
    </w:p>
    <w:p>
      <w:pPr>
        <w:pStyle w:val="ListParagraph"/>
      </w:pPr>
      <w:r>
        <w:rPr>
          <w:sz w:val="22"/>
        </w:rPr>
        <w:t>B. Máy ném đá</w:t>
      </w:r>
    </w:p>
    <w:p>
      <w:pPr>
        <w:pStyle w:val="ListParagraph"/>
      </w:pPr>
      <w:r>
        <w:rPr>
          <w:sz w:val="22"/>
        </w:rPr>
        <w:t>C. Kiếm</w:t>
      </w:r>
    </w:p>
    <w:p>
      <w:pPr>
        <w:pStyle w:val="ListParagraph"/>
      </w:pPr>
      <w:r>
        <w:rPr>
          <w:sz w:val="22"/>
        </w:rPr>
        <w:t>D. Khiên</w:t>
      </w:r>
    </w:p>
    <w:p/>
    <w:p>
      <w:r>
        <w:rPr>
          <w:b/>
          <w:sz w:val="24"/>
        </w:rPr>
        <w:t>Câu 14: Acsimét mất vào năm nào?</w:t>
      </w:r>
    </w:p>
    <w:p>
      <w:pPr>
        <w:pStyle w:val="ListParagraph"/>
      </w:pPr>
      <w:r>
        <w:rPr>
          <w:sz w:val="22"/>
        </w:rPr>
        <w:t>A. 212 TCN</w:t>
      </w:r>
    </w:p>
    <w:p>
      <w:pPr>
        <w:pStyle w:val="ListParagraph"/>
      </w:pPr>
      <w:r>
        <w:rPr>
          <w:sz w:val="22"/>
        </w:rPr>
        <w:t>B. 287 TCN</w:t>
      </w:r>
    </w:p>
    <w:p>
      <w:pPr>
        <w:pStyle w:val="ListParagraph"/>
      </w:pPr>
      <w:r>
        <w:rPr>
          <w:sz w:val="22"/>
        </w:rPr>
        <w:t>C. 310 TCN</w:t>
      </w:r>
    </w:p>
    <w:p>
      <w:pPr>
        <w:pStyle w:val="ListParagraph"/>
      </w:pPr>
      <w:r>
        <w:rPr>
          <w:sz w:val="22"/>
        </w:rPr>
        <w:t>D. 79</w:t>
      </w:r>
    </w:p>
    <w:p/>
    <w:p>
      <w:r>
        <w:rPr>
          <w:b/>
          <w:sz w:val="24"/>
        </w:rPr>
        <w:t>Câu 15: Ai là người đầu tiên nêu ra thuyết hệ thống mặt trời?</w:t>
      </w:r>
    </w:p>
    <w:p>
      <w:pPr>
        <w:pStyle w:val="ListParagraph"/>
      </w:pPr>
      <w:r>
        <w:rPr>
          <w:sz w:val="22"/>
        </w:rPr>
        <w:t>A. Ptôlêmê</w:t>
      </w:r>
    </w:p>
    <w:p>
      <w:pPr>
        <w:pStyle w:val="ListParagraph"/>
      </w:pPr>
      <w:r>
        <w:rPr>
          <w:sz w:val="22"/>
        </w:rPr>
        <w:t>B. Acsimét</w:t>
      </w:r>
    </w:p>
    <w:p>
      <w:pPr>
        <w:pStyle w:val="ListParagraph"/>
      </w:pPr>
      <w:r>
        <w:rPr>
          <w:sz w:val="22"/>
        </w:rPr>
        <w:t>C. Arixtác</w:t>
      </w:r>
    </w:p>
    <w:p>
      <w:pPr>
        <w:pStyle w:val="ListParagraph"/>
      </w:pPr>
      <w:r>
        <w:rPr>
          <w:sz w:val="22"/>
        </w:rPr>
        <w:t>D. Côpécních</w:t>
      </w:r>
    </w:p>
    <w:p/>
    <w:p>
      <w:r>
        <w:rPr>
          <w:b/>
          <w:sz w:val="24"/>
        </w:rPr>
        <w:t>Câu 16: Arixtác cho rằng điều gì?</w:t>
      </w:r>
    </w:p>
    <w:p>
      <w:pPr>
        <w:pStyle w:val="ListParagraph"/>
      </w:pPr>
      <w:r>
        <w:rPr>
          <w:sz w:val="22"/>
        </w:rPr>
        <w:t>A. Mặt trời quay quanh trái đất</w:t>
      </w:r>
    </w:p>
    <w:p>
      <w:pPr>
        <w:pStyle w:val="ListParagraph"/>
      </w:pPr>
      <w:r>
        <w:rPr>
          <w:sz w:val="22"/>
        </w:rPr>
        <w:t>B. Trái đất tự quay quanh trục của nó và quay quanh mặt trời</w:t>
      </w:r>
    </w:p>
    <w:p>
      <w:pPr>
        <w:pStyle w:val="ListParagraph"/>
      </w:pPr>
      <w:r>
        <w:rPr>
          <w:sz w:val="22"/>
        </w:rPr>
        <w:t>C. Trái đất đứng yên</w:t>
      </w:r>
    </w:p>
    <w:p>
      <w:pPr>
        <w:pStyle w:val="ListParagraph"/>
      </w:pPr>
      <w:r>
        <w:rPr>
          <w:sz w:val="22"/>
        </w:rPr>
        <w:t>D. Vũ trụ có trung tâm là trái đất</w:t>
      </w:r>
    </w:p>
    <w:p/>
    <w:p>
      <w:r>
        <w:rPr>
          <w:b/>
          <w:sz w:val="24"/>
        </w:rPr>
        <w:t>Câu 17: Eratôxten đã tính được độ dài vòng kinh tuyến trái đất là bao nhiêu?</w:t>
      </w:r>
    </w:p>
    <w:p>
      <w:pPr>
        <w:pStyle w:val="ListParagraph"/>
      </w:pPr>
      <w:r>
        <w:rPr>
          <w:sz w:val="22"/>
        </w:rPr>
        <w:t>A. 39.700 km</w:t>
      </w:r>
    </w:p>
    <w:p>
      <w:pPr>
        <w:pStyle w:val="ListParagraph"/>
      </w:pPr>
      <w:r>
        <w:rPr>
          <w:sz w:val="22"/>
        </w:rPr>
        <w:t>B. 40.000 km</w:t>
      </w:r>
    </w:p>
    <w:p>
      <w:pPr>
        <w:pStyle w:val="ListParagraph"/>
      </w:pPr>
      <w:r>
        <w:rPr>
          <w:sz w:val="22"/>
        </w:rPr>
        <w:t>C. 30.000 km</w:t>
      </w:r>
    </w:p>
    <w:p>
      <w:pPr>
        <w:pStyle w:val="ListParagraph"/>
      </w:pPr>
      <w:r>
        <w:rPr>
          <w:sz w:val="22"/>
        </w:rPr>
        <w:t>D. 50.000 km</w:t>
      </w:r>
    </w:p>
    <w:p/>
    <w:p>
      <w:r>
        <w:rPr>
          <w:b/>
          <w:sz w:val="24"/>
        </w:rPr>
        <w:t>Câu 18: Pliniút là nhà khoa học nổi tiếng của nước nào?</w:t>
      </w:r>
    </w:p>
    <w:p>
      <w:pPr>
        <w:pStyle w:val="ListParagraph"/>
      </w:pPr>
      <w:r>
        <w:rPr>
          <w:sz w:val="22"/>
        </w:rPr>
        <w:t>A. Hy Lạp</w:t>
      </w:r>
    </w:p>
    <w:p>
      <w:pPr>
        <w:pStyle w:val="ListParagraph"/>
      </w:pPr>
      <w:r>
        <w:rPr>
          <w:sz w:val="22"/>
        </w:rPr>
        <w:t>B. Ai Cập</w:t>
      </w:r>
    </w:p>
    <w:p>
      <w:pPr>
        <w:pStyle w:val="ListParagraph"/>
      </w:pPr>
      <w:r>
        <w:rPr>
          <w:sz w:val="22"/>
        </w:rPr>
        <w:t>C. La Mã</w:t>
      </w:r>
    </w:p>
    <w:p>
      <w:pPr>
        <w:pStyle w:val="ListParagraph"/>
      </w:pPr>
      <w:r>
        <w:rPr>
          <w:sz w:val="22"/>
        </w:rPr>
        <w:t>D. Babilon</w:t>
      </w:r>
    </w:p>
    <w:p/>
    <w:p>
      <w:r>
        <w:rPr>
          <w:b/>
          <w:sz w:val="24"/>
        </w:rPr>
        <w:t>Câu 19: Tác phẩm Lịch sử tự nhiên của Pliniút gồm bao nhiêu chương?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20: Ai được suy tôn là thủy tổ của y học phương Tây?</w:t>
      </w:r>
    </w:p>
    <w:p>
      <w:pPr>
        <w:pStyle w:val="ListParagraph"/>
      </w:pPr>
      <w:r>
        <w:rPr>
          <w:sz w:val="22"/>
        </w:rPr>
        <w:t>A. Hipôcrát</w:t>
      </w:r>
    </w:p>
    <w:p>
      <w:pPr>
        <w:pStyle w:val="ListParagraph"/>
      </w:pPr>
      <w:r>
        <w:rPr>
          <w:sz w:val="22"/>
        </w:rPr>
        <w:t>B. Galênút</w:t>
      </w:r>
    </w:p>
    <w:p>
      <w:pPr>
        <w:pStyle w:val="ListParagraph"/>
      </w:pPr>
      <w:r>
        <w:rPr>
          <w:sz w:val="22"/>
        </w:rPr>
        <w:t>C. Hêcrôpin</w:t>
      </w:r>
    </w:p>
    <w:p>
      <w:pPr>
        <w:pStyle w:val="ListParagraph"/>
      </w:pPr>
      <w:r>
        <w:rPr>
          <w:sz w:val="22"/>
        </w:rPr>
        <w:t>D. Hêraclit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