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5: CÂU HỎI TỰ LUẬN (ESSAY)</w:t>
      </w:r>
    </w:p>
    <w:p>
      <w:r>
        <w:t>Câu 1 (2.0 điểm): Trình bày ý nghĩa lịch sử của chiến thắng Điện Biên Phủ 1954.</w:t>
      </w:r>
    </w:p>
    <w:p>
      <w:r>
        <w:t>Hướng dẫn chấm: Nêu đủ 3 ý chính: Chấm dứt ách thống trị Pháp, cổ vũ phong trào giải phóng dân tộc thế giới, khẳng định đường lối lãnh đạo đúng đắn.</w:t>
      </w:r>
    </w:p>
    <w:p>
      <w:r>
        <w:br/>
        <w:t>Câu 2 (3.0 điểm): Viết một đoạn văn khoảng 150 từ bằng tiếng Anh giới thiệu về sở thích của 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