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TỔNG HỢP 7 DẠNG CÂU HỎI CHUẨN GDPT</w:t>
      </w:r>
    </w:p>
    <w:p>
      <w:r>
        <w:t>PHẦN 1: TRẮC NGHIỆM ĐƠN</w:t>
      </w:r>
    </w:p>
    <w:p>
      <w:r>
        <w:t>Câu 1: Lan usually ___ to school by bicycle.</w:t>
        <w:br/>
        <w:t>A. go</w:t>
        <w:br/>
        <w:t>B. goes (Đáp án đúng)</w:t>
        <w:br/>
        <w:t>C. going</w:t>
        <w:br/>
        <w:t>D. went</w:t>
      </w:r>
    </w:p>
    <w:p>
      <w:r>
        <w:br/>
        <w:t>PHẦN 2: TRẮC NGHIỆM NHIỀU ĐÁP ÁN</w:t>
      </w:r>
    </w:p>
    <w:p>
      <w:r>
        <w:t>Câu 2: Những số nào sau đây là số chẵn?</w:t>
        <w:br/>
        <w:t>A. 2 (Đáp án đúng)</w:t>
        <w:br/>
        <w:t>B. 3</w:t>
        <w:br/>
        <w:t>C. 4 (Đáp án đúng)</w:t>
        <w:br/>
        <w:t>D. 5</w:t>
        <w:br/>
        <w:t>Đáp án: A, C</w:t>
      </w:r>
    </w:p>
    <w:p>
      <w:r>
        <w:br/>
        <w:t>PHẦN 3: ĐÚNG SAI GDPT 2018</w:t>
      </w:r>
    </w:p>
    <w:p>
      <w:r>
        <w:t>Câu 3: Xét các mệnh đề sau về thành phố Hà Nội:</w:t>
        <w:br/>
        <w:t>a) Là thủ đô của nước Cộng hòa Xã hội Chủ nghĩa Việt Nam. (Đúng)</w:t>
        <w:br/>
        <w:t>b) Nằm ở vùng Đồng bằng sông Hồng. (Đúng)</w:t>
        <w:br/>
        <w:t>c) Có sông Hương chảy qua. (Sai)</w:t>
        <w:br/>
        <w:t>d) Nổi tiếng với di tích Văn Miếu - Quốc Tử Giám. (Đúng)</w:t>
      </w:r>
    </w:p>
    <w:p>
      <w:r>
        <w:br/>
        <w:t>PHẦN 4: TRẢ LỜI NGẮN</w:t>
      </w:r>
    </w:p>
    <w:p>
      <w:r>
        <w:t>Câu 4: Kết quả của phép tính 25 x 4 là bao nhiêu?</w:t>
        <w:br/>
        <w:t>Đáp án: 100</w:t>
      </w:r>
    </w:p>
    <w:p>
      <w:r>
        <w:br/>
        <w:t>PHẦN 5: TỰ LUẬN</w:t>
      </w:r>
    </w:p>
    <w:p>
      <w:r>
        <w:t>Câu 5: Nêu cảm nghĩ của em về ngày khai trường đầu tiên.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